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UGC Creator Brief Template</w:t>
      </w:r>
    </w:p>
    <w:p>
      <w:r>
        <w:rPr>
          <w:i/>
        </w:rPr>
        <w:t>From the CreatorsUGC guide "UGC Brief Template: How to Write a Creator Brief" (creatorsugc.com/blog/ugc-brief-template). Replace every [BRACKETED] field. Delete lines you do not need.</w:t>
      </w:r>
    </w:p>
    <w:p>
      <w:pPr>
        <w:pStyle w:val="Heading1"/>
      </w:pPr>
      <w:r>
        <w:t>UGC BRIEF: [BRAND] - [PRODUCT] - [PROJECT NAME]</w:t>
      </w:r>
    </w:p>
    <w:p>
      <w:r>
        <w:t>Brief date: [DATE]    Contact: [NAME, ROLE, HOW TO REACH YOU]</w:t>
      </w:r>
    </w:p>
    <w:p>
      <w:pPr>
        <w:pStyle w:val="Heading2"/>
      </w:pPr>
      <w:r>
        <w:t>1. The Product</w:t>
      </w:r>
    </w:p>
    <w:p>
      <w:pPr>
        <w:pStyle w:val="ListBullet"/>
      </w:pPr>
      <w:r>
        <w:t>What it is (one sentence): [PLAIN-LANGUAGE DESCRIPTION]</w:t>
      </w:r>
    </w:p>
    <w:p>
      <w:pPr>
        <w:pStyle w:val="ListBullet"/>
      </w:pPr>
      <w:r>
        <w:t>Price / where it's sold: [PRICE] / [WEBSITE, AMAZON, RETAIL]</w:t>
      </w:r>
    </w:p>
    <w:p>
      <w:pPr>
        <w:pStyle w:val="ListBullet"/>
      </w:pPr>
      <w:r>
        <w:t>Product link: [URL]</w:t>
      </w:r>
    </w:p>
    <w:p>
      <w:pPr>
        <w:pStyle w:val="ListBullet"/>
      </w:pPr>
      <w:r>
        <w:t>What makes it different (max 3 points): [POINT 1] / [POINT 2] / [POINT 3]</w:t>
      </w:r>
    </w:p>
    <w:p>
      <w:pPr>
        <w:pStyle w:val="Heading2"/>
      </w:pPr>
      <w:r>
        <w:t>2. The Goal</w:t>
      </w:r>
    </w:p>
    <w:p>
      <w:pPr>
        <w:pStyle w:val="ListBullet"/>
      </w:pPr>
      <w:r>
        <w:t>Where the video will run: [ORGANIC TIKTOK / META ADS / PRODUCT PAGE / ...]</w:t>
      </w:r>
    </w:p>
    <w:p>
      <w:pPr>
        <w:pStyle w:val="ListBullet"/>
      </w:pPr>
      <w:r>
        <w:t>What the viewer should do after watching: [CLICK, BUY, DOWNLOAD, REMEMBER]</w:t>
      </w:r>
    </w:p>
    <w:p>
      <w:pPr>
        <w:pStyle w:val="ListBullet"/>
      </w:pPr>
      <w:r>
        <w:t>Funnel stage: [COLD AUDIENCE / RETARGETING / EXISTING CUSTOMERS]</w:t>
      </w:r>
    </w:p>
    <w:p>
      <w:pPr>
        <w:pStyle w:val="Heading2"/>
      </w:pPr>
      <w:r>
        <w:t>3. The Audience</w:t>
      </w:r>
    </w:p>
    <w:p>
      <w:pPr>
        <w:pStyle w:val="ListBullet"/>
      </w:pPr>
      <w:r>
        <w:t>Who they are: [AGE RANGE, SITUATION, LIFESTYLE - not just demographics]</w:t>
      </w:r>
    </w:p>
    <w:p>
      <w:pPr>
        <w:pStyle w:val="ListBullet"/>
      </w:pPr>
      <w:r>
        <w:t>The problem or moment that makes them need this: [PROBLEM]</w:t>
      </w:r>
    </w:p>
    <w:p>
      <w:pPr>
        <w:pStyle w:val="ListBullet"/>
      </w:pPr>
      <w:r>
        <w:t>What they've tried before and why it didn't work: [ALTERNATIVES]</w:t>
      </w:r>
    </w:p>
    <w:p>
      <w:pPr>
        <w:pStyle w:val="ListBullet"/>
      </w:pPr>
      <w:r>
        <w:t>Objections they'll have: [OBJECTION 1] / [OBJECTION 2]</w:t>
      </w:r>
    </w:p>
    <w:p>
      <w:pPr>
        <w:pStyle w:val="Heading2"/>
      </w:pPr>
      <w:r>
        <w:t>4. KEY MESSAGES (pick 1 per video, max 3 total)</w:t>
      </w:r>
    </w:p>
    <w:p>
      <w:pPr>
        <w:pStyle w:val="ListBullet"/>
      </w:pPr>
      <w:r>
        <w:t>Message A: [MESSAGE]</w:t>
      </w:r>
    </w:p>
    <w:p>
      <w:pPr>
        <w:pStyle w:val="ListBullet"/>
      </w:pPr>
      <w:r>
        <w:t>Message B: [MESSAGE]</w:t>
      </w:r>
    </w:p>
    <w:p>
      <w:pPr>
        <w:pStyle w:val="ListBullet"/>
      </w:pPr>
      <w:r>
        <w:t>Message C: [MESSAGE]</w:t>
      </w:r>
    </w:p>
    <w:p>
      <w:pPr>
        <w:pStyle w:val="Heading2"/>
      </w:pPr>
      <w:r>
        <w:t>5. Must Show / Must Say</w:t>
      </w:r>
    </w:p>
    <w:p>
      <w:pPr>
        <w:pStyle w:val="ListBullet"/>
      </w:pPr>
      <w:r>
        <w:t>Show: [PRODUCT NAME VISIBLE, PACKAGING, SPECIFIC FEATURE IN USE]</w:t>
      </w:r>
    </w:p>
    <w:p>
      <w:pPr>
        <w:pStyle w:val="ListBullet"/>
      </w:pPr>
      <w:r>
        <w:t>Say: [PRODUCT NAME, PRONUNCIATION, OFFER IF ANY]</w:t>
      </w:r>
    </w:p>
    <w:p>
      <w:pPr>
        <w:pStyle w:val="ListBullet"/>
      </w:pPr>
      <w:r>
        <w:t>Call to action: [EXACT CTA OR "CREATOR'S CHOICE"]</w:t>
      </w:r>
    </w:p>
    <w:p>
      <w:pPr>
        <w:pStyle w:val="Heading2"/>
      </w:pPr>
      <w:r>
        <w:t>6. Claims: What You Can And Can'T Say</w:t>
      </w:r>
    </w:p>
    <w:p>
      <w:pPr>
        <w:pStyle w:val="ListBullet"/>
      </w:pPr>
      <w:r>
        <w:t>Approved claims (we can substantiate these): [CLAIM 1] / [CLAIM 2]</w:t>
      </w:r>
    </w:p>
    <w:p>
      <w:pPr>
        <w:pStyle w:val="ListBullet"/>
      </w:pPr>
      <w:r>
        <w:t>Do NOT claim: [E.G. MEDICAL, "CURES", "BEST", RESULTS NOT TESTED]</w:t>
      </w:r>
    </w:p>
    <w:p>
      <w:pPr>
        <w:pStyle w:val="ListBullet"/>
      </w:pPr>
      <w:r>
        <w:t>Do NOT mention: [COMPETITORS BY NAME, PRICES, DISCOUNTS]</w:t>
      </w:r>
    </w:p>
    <w:p>
      <w:pPr>
        <w:pStyle w:val="ListBullet"/>
      </w:pPr>
      <w:r>
        <w:t>Disclosure: [HOW THE VIDEO MUST BE DISCLOSED IF THE CREATOR POSTS IT]</w:t>
      </w:r>
    </w:p>
    <w:p>
      <w:pPr>
        <w:pStyle w:val="Heading2"/>
      </w:pPr>
      <w:r>
        <w:t>7. Creative Direction</w:t>
      </w:r>
    </w:p>
    <w:p>
      <w:pPr>
        <w:pStyle w:val="ListBullet"/>
      </w:pPr>
      <w:r>
        <w:t>Format(s): [TESTIMONIAL / DEMO / UNBOXING / PROBLEM-SOLUTION / ...]</w:t>
      </w:r>
    </w:p>
    <w:p>
      <w:pPr>
        <w:pStyle w:val="ListBullet"/>
      </w:pPr>
      <w:r>
        <w:t>Tone: [E.G. CASUAL, FUNNY, CALM, EXPERT]</w:t>
      </w:r>
    </w:p>
    <w:p>
      <w:pPr>
        <w:pStyle w:val="ListBullet"/>
      </w:pPr>
      <w:r>
        <w:t>Hook ideas (optional starting points): [HOOK 1] / [HOOK 2]</w:t>
      </w:r>
    </w:p>
    <w:p>
      <w:pPr>
        <w:pStyle w:val="ListBullet"/>
      </w:pPr>
      <w:r>
        <w:t>Script: [FULL SCRIPT PROVIDED / TALKING POINTS ONLY / CREATOR WRITES]</w:t>
      </w:r>
    </w:p>
    <w:p>
      <w:pPr>
        <w:pStyle w:val="ListBullet"/>
      </w:pPr>
      <w:r>
        <w:t>Setting: [HOME / BATHROOM / GYM / CAR / OUTDOORS]</w:t>
      </w:r>
    </w:p>
    <w:p>
      <w:pPr>
        <w:pStyle w:val="ListBullet"/>
      </w:pPr>
      <w:r>
        <w:t>Avoid: [VISUAL NO-GOS: OTHER BRANDS' LOGOS, MESSY BACKGROUND, ...]</w:t>
      </w:r>
    </w:p>
    <w:p>
      <w:pPr>
        <w:pStyle w:val="ListBullet"/>
      </w:pPr>
      <w:r>
        <w:t>Reference videos (examples of the feel, not to copy): [LINKS]</w:t>
      </w:r>
    </w:p>
    <w:p>
      <w:pPr>
        <w:pStyle w:val="Heading2"/>
      </w:pPr>
      <w:r>
        <w:t>8. Deliverables</w:t>
      </w:r>
    </w:p>
    <w:p>
      <w:pPr>
        <w:pStyle w:val="ListBullet"/>
      </w:pPr>
      <w:r>
        <w:t>Edited videos: [NUMBER] x [LENGTH RANGE] seconds</w:t>
      </w:r>
    </w:p>
    <w:p>
      <w:pPr>
        <w:pStyle w:val="ListBullet"/>
      </w:pPr>
      <w:r>
        <w:t>Aspect ratio(s): [9:16 / 4:5 / 1:1]</w:t>
      </w:r>
    </w:p>
    <w:p>
      <w:pPr>
        <w:pStyle w:val="ListBullet"/>
      </w:pPr>
      <w:r>
        <w:t>Hook variations: [NUMBER] alternate openings per video</w:t>
      </w:r>
    </w:p>
    <w:p>
      <w:pPr>
        <w:pStyle w:val="ListBullet"/>
      </w:pPr>
      <w:r>
        <w:t>Captions: [BURNED IN / NONE / SEPARATE FILE]</w:t>
      </w:r>
    </w:p>
    <w:p>
      <w:pPr>
        <w:pStyle w:val="ListBullet"/>
      </w:pPr>
      <w:r>
        <w:t>Music: [NONE / CREATOR'S CHOICE OF LICENSED / WE ADD LATER]</w:t>
      </w:r>
    </w:p>
    <w:p>
      <w:pPr>
        <w:pStyle w:val="ListBullet"/>
      </w:pPr>
      <w:r>
        <w:t>Raw footage: [YES - ALL USABLE TAKES / NO]</w:t>
      </w:r>
    </w:p>
    <w:p>
      <w:pPr>
        <w:pStyle w:val="ListBullet"/>
      </w:pPr>
      <w:r>
        <w:t>Photos: [NUMBER, IF ANY]</w:t>
      </w:r>
    </w:p>
    <w:p>
      <w:pPr>
        <w:pStyle w:val="ListBullet"/>
      </w:pPr>
      <w:r>
        <w:t>File naming and delivery: [FORMAT, LINK OR PLATFORM UPLOAD]</w:t>
      </w:r>
    </w:p>
    <w:p>
      <w:pPr>
        <w:pStyle w:val="Heading2"/>
      </w:pPr>
      <w:r>
        <w:t>9. Usage Rights</w:t>
      </w:r>
    </w:p>
    <w:p>
      <w:pPr>
        <w:pStyle w:val="ListBullet"/>
      </w:pPr>
      <w:r>
        <w:t>Channels: [ORGANIC SOCIAL / PAID SOCIAL / WEBSITE / EMAIL / OTHER]</w:t>
      </w:r>
    </w:p>
    <w:p>
      <w:pPr>
        <w:pStyle w:val="ListBullet"/>
      </w:pPr>
      <w:r>
        <w:t>Duration: [TERM]</w:t>
      </w:r>
    </w:p>
    <w:p>
      <w:pPr>
        <w:pStyle w:val="ListBullet"/>
      </w:pPr>
      <w:r>
        <w:t>Exclusivity: [NONE / CATEGORY EXCLUSIVITY FOR TERM]</w:t>
      </w:r>
    </w:p>
    <w:p>
      <w:pPr>
        <w:pStyle w:val="ListBullet"/>
      </w:pPr>
      <w:r>
        <w:t>Creator may post on own channels: [YES WITH DISCLOSURE / NO / AFTER DATE]</w:t>
      </w:r>
    </w:p>
    <w:p>
      <w:pPr>
        <w:pStyle w:val="Heading2"/>
      </w:pPr>
      <w:r>
        <w:t>10. Product Handling</w:t>
      </w:r>
    </w:p>
    <w:p>
      <w:pPr>
        <w:pStyle w:val="ListBullet"/>
      </w:pPr>
      <w:r>
        <w:t>What we ship: [ITEMS, QUANTITY]   Return needed: [YES/NO]</w:t>
      </w:r>
    </w:p>
    <w:p>
      <w:pPr>
        <w:pStyle w:val="ListBullet"/>
      </w:pPr>
      <w:r>
        <w:t>How to use it correctly: [INSTRUCTIONS, SAFETY NOTES]</w:t>
      </w:r>
    </w:p>
    <w:p>
      <w:pPr>
        <w:pStyle w:val="Heading2"/>
      </w:pPr>
      <w:r>
        <w:t>11. Timeline And Revisions</w:t>
      </w:r>
    </w:p>
    <w:p>
      <w:pPr>
        <w:pStyle w:val="ListBullet"/>
      </w:pPr>
      <w:r>
        <w:t>Product ships by: [DATE]</w:t>
      </w:r>
    </w:p>
    <w:p>
      <w:pPr>
        <w:pStyle w:val="ListBullet"/>
      </w:pPr>
      <w:r>
        <w:t>First delivery due: [N] days after product arrives</w:t>
      </w:r>
    </w:p>
    <w:p>
      <w:pPr>
        <w:pStyle w:val="ListBullet"/>
      </w:pPr>
      <w:r>
        <w:t>Revisions included: [N] round(s); a revision = [EDITS TO DELIVERED FOOTAGE]</w:t>
      </w:r>
    </w:p>
    <w:p>
      <w:pPr>
        <w:pStyle w:val="ListBullet"/>
      </w:pPr>
      <w:r>
        <w:t>Reshoots: [WHEN THEY APPLY AND HOW THEY'RE PRICED]</w:t>
      </w:r>
    </w:p>
    <w:p>
      <w:pPr>
        <w:pStyle w:val="ListBullet"/>
      </w:pPr>
      <w:r>
        <w:t>Feedback turnaround from us: [N] business days</w:t>
      </w:r>
    </w:p>
    <w:p/>
    <w:p>
      <w:r>
        <w:rPr>
          <w:color w:val="717171"/>
          <w:sz w:val="18"/>
        </w:rPr>
        <w:t>General information, not legal advice. Usage rights, claims, and disclosure terms should be agreed in writing with each creator.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